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7406640" cy="1110996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_vertical_poster_infographic_style_graphic_for_a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06640" cy="1110996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2240" w:h="18360"/>
      <w:pgMar w:top="288" w:right="288" w:bottom="288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