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772400" cy="11658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f25b52-e655-44da-91a5-acf7653be87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16586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836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